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внутригородского района «Ленинский район» города Махачкалы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"Аудит Сигнал" (подробнее) Ответчики: Административная комиссия внутригородского района "Ленинский район" г. Махачкалы (подробнее) Администрация внутригородского района "Ленинский район" г. Махачкалы (подробнее) Иные лица: Управление Федерального казначейства по РД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