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«Транспортные технологии»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"Транспортные Технологии" (подробнее) Ответчики: Межрайонная Инспекция Федеральной налоговой службы №12 по Тверской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