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ЗЕВС»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"РОССЕТИ МОСКОВСКИЙ РЕГИОН" (подробнее) Ответчики: ООО "ТОРГОВЫЙ ДОМ ЗЕВС"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