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«Тверской домостроительный комбинат»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Т.В.Завьялова Российской Федерации Суд: Верховный Суд РФ (подробнее) Истцы: ООО "Тверской домостроительный комбинат" (подробнее) Ответчики: Межрайонная Инспекция Федеральной налоговой службы №12 по Тверской области (подробнее) Судьи дела: Завьялова Т.В. (судья) Последние документы по делу: Определение от 7 июля 2023 г. по делу № А66-3716/2021 Определение от 8 ноября 2022 г. по делу № А66-3716/2021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