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«Клиника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"КЛИНИКА "АЛЬТАИР" (подробнее) Ответчики: Департамент здравоохранения Орловской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