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«Золотой Запас»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"Легенды Алтая" (подробнее) Ответчики: ООО "Золотой запас"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