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«Научно-производственное объединение автоматики имени академика Н.А. Семихатова»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НАУЧНО-ПРОИЗВОДСТВЕННОЕ ОБЪЕДИНЕНИЕ АВТОМАТИКИ ИМЕНИ АКАДЕМИКА Н.А. СЕМИХАТОВА (подробнее) Ответчики: ОСП УПРАВЛЕНИЕ ФЕДЕРАЛЬНОГО КАЗНАЧЕЙСТВА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