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«Ойл 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"Ойл Трейд" (подробнее) Ответчики: Департамент финансов Тюменской области (подробнее) Иные лица: УМВД России по Тюменской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