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«Бальзам»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"Бальзам" (подробнее) Ответчики: Межрайонная инспекция Федеральной налоговой службы России №21 по Нижегородской области (подробнее) ФНС России Управление по Нижегородской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