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«Байкальская медицинская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"Фармком" (подробнее) Ответчики: ООО "Британская медицинская компания"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