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«СТАМО Спрингс»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"Научно-производственное объединение "ТехСтрой" (подробнее) Ответчики: ООО СТАМО СПРИНГС 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