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ИП Тулаев Сергей Владимирович (подробнее) Ответчики: Главное управление министерства внутренних дел Российской Федерации по Ростовской области (подробнее) УВМ МВД России по РО (подробнее) Управление по вопросам миграции Главного управления Министерства внутренних дел России по Ростовской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