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Республики Крым «Крымэнерго»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ГУП Республики Крым "Крымэнерго" (подробнее) Ответчики: УПРАВЛЕНИЕ ФЕДЕРАЛЬНОЙ АНТИМОНОПОЛЬНОЙ СЛУЖБЫ ПО РЕСПУБЛИКЕ КРЫМ И ГОРОДУ СЕВАСТОПОЛЮ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