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Государственной жилищной инспекции Санкт-Петербурга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"Эксплуатация ГС-СПб" (подробнее) Ответчики: Государственная жилищная инспекция Санкт?Петербурга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