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«Технострой»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Северное межрегиональное управление Государственного автодорожного надзора Федеральной службы по надзору в сфере транспорта (подробнее) Ответчики: ООО "Технострой" (подробнее) Иные лица: Северное МУГАДН (подробнее) Управление Федеральной службы судебных приставов по Санкт-Петербургу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