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«Крымская железная дорога»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"Транспортные технологии" (подробнее) Ответчики: ФГУП "КРЫМСКАЯ ЖЕЛЕЗНАЯ ДОРОГА"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