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коксогазовый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"МОСКОВСКИЙ КОКСОГАЗОВЫЙ ЗАВОД" (подробнее) Ответчики: МЕЖРЕГИОНАЛЬНОЕ УПРАВЛЕНИЕ ФЕДЕРАЛЬНОЙ СЛУЖБЫ ПО НАДЗОРУ В СФЕРЕ ПРИРОДОПОЛЬЗОВАНИЯ ПО МОСКОВСКОЙ И СМОЛЕНСКОЙ ОБЛАСТЯМ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