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жилищного и строительного надзора по Ханты-Мансийскому автономному округу -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Арбитражный суд Западно-Сибирского округа (подробнее) МУП "ЖИЛИЩНО-КОММУНАЛЬНОЕ ХОЗЯЙСТВО "СОЛНЕЧНЫЙ" (подробнее) Ответчики: Служба жилищного и строительного надзора Ханты-Мансийского автономного округа - Югры (подробнее) Служба жилищного и строительного надзора ХМАО - Югры Сургутский отдел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