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Тульской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"Авангард" (подробнее) Ответчики: Тульская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