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«ДорХан - Торговый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