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частное охранное предприятие «Желдор-Спецохрана»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