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промышленности, энергетики и жилищно-коммунального хозяйства Красноярского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