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Инспекция Федеральной налоговой службы России по г. Белгороду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