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«Алтайская соледобывающая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"Алтайская Соледобывающая компания" (подробнее) Ответчики: МИФНС России №14 по Алтайскому краю.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