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«Квадра – Генерирующая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"Квадра-Генерирующая компания" (подробнее) Ответчики: Прокуратура Октябрьского района г. Липецка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