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Глава КФХ Калганов Игорь Николаевич (подробнее) Ответчики: Министерство сельского хозяйства Саратовской области (подробнее) Иные лица: Арбитражный суд Поволжского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