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ПАО "Сбербанк"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