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«Интехноскан»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"ИНТЕХНОСКАН" (подробнее) Ответчики: Управление Федеральной службы безопасности Российской Федерации по Еврейской автономной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