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«Средне-Невский судостроительный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"Средне-Невский судостроительный завод" (подробнее) Ответчики: ПАО "Звезда"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