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Григорий Николаевич Шустов (подробнее) Ответчики: начальник Московского отдела ГУФССП по Санкт-Петербургу Эксузьян Г. Л. (подробнее) Судебный пристав-исполнитель Московского отдела ГУФССП по Санкт-Петербургу Лозовая Дарья Константиновна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