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Морского и речного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