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предприятию «Дирекция комплекса защитных сооружений г. Санкт-Петербурга Министерства строительства и жилищно-коммунального хозяйства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Казенное Предприятие "Дирекция Комплекса Защитных Сооружений г. Санкт-Петербурга Министерства Строительства и Жилищно-коммунального Хозяйства Российской Федерации" (подробнее) Ответчики: Комитет по тарифам Санкт-Петербурга (подробнее) Иные лица: АНО "Институт судебных экспертиз" (подробнее) ООО "Агентство по перспективному развитию энергетики " (подробнее) ООО "Аудит-класс" (подробнее) ООО "Аудит-класс" (подробнее) ООО "Современные энергетические решения" (подробнее) ООО "Центр Энергоснабжения" (подробнее) Санкт-Петербургское государственное бюджетное учреждение "Центр тарифно-экспертного обеспечения" (подробнее) ФГОБУ ВО "Финансовый Университет при Правительстве Российской Федерации" (подробнее) Центр /Энергосбережения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