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«Филипповский карьер»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"ФИЛИППОВСКИЙ КАРЬЕР" (подробнее) Ответчики: Межрайонная инспекция Федеральной налоговой службы №6 по Пермскому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