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"КраснодарФинСтрой" (далее - общество) в лице конкурсного управляющего Ключникова М.В. обратилось в арбитражный суд с заявлением о признании незаконным решения Управления Росреестра по Краснодарскому краю (далее - управление), выразившегося в отказе (уведомление от 11.04.2022 N КУВД-001/2021-54982414/5) в государственной регистрации права собственности общества на нежилое помещение площадью 72,3 кв. м с кадастровым N 24:43:0414011:3768, расположенное по адресу: Краснодарский край, г. Краснодар, ул. Сормовская, 208, корп. 2, пом. 75/1 - 78 (далее - спорное помещение); возложении на управление обязанности зарегистрировать право собственности общества на спорное помещение. Решением Арбитражного суда Краснодарского края от 12.09.2022, оставленным без изменения постановлением Пятнадцатого арбитражного апелляционного суда от 07.12.2022 и постановлением Арбитражного суда Северо-Кавказского округа от 20.03.2023, признан незаконным отказ управления, изложенный в уведомлении от 11.04.2022 N КУВД-001/2021- 2 54982414/5. На управление возложена обязанность осуществить государственную регистрацию права собственности общества на спорное помещение.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соответствии с пунктом 5 части 1 статьи 26 Закона о регистрации Управление Росреестра уведомило заявителя о приостановлении, начиная с 11 января 2022 года осуществления действий по государственной регистрации прав отношении помещения с кадастровым номером 23:43::0414011:3768, расположенного по адресу: Краснодарский край, городской округ Краснодар, город Краснодар, ул. Сормовская, 208, корп.2, пом.75/1-78, так как не представлены документы, необходимые для осуществления государственного кадастрового учета и (или) государственной регистрации прав (документы, подтверждающие, что средства дольщиков застройщиком не привлекались, акт приема-передачи на указанный объект не выдавался, данное имущество не является имуществом многоквартирного дома). Ввиду не предоставления указанных документов Управление Росреестра считает невозможным осуществить государственную регистрацию прав на указанное помещение.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общество обратилось в регистрирующий орган с заявлением от 22.12.2021 N КУВД-001/2021-54982414 о государственной регистрации прав в отношении помещения с кадастровым номером 23:43:0414011:3768, расположенного по адресу: Краснодарский край, г. Краснодар, ул. Сормовская, 208, корпус N 2, пом. 75/1 - 78. Уведомлением управления от 11.01.2022 N КУВД-001/2021-54982414/1 приостановлено осуществление действий по государственной регистрации прав в отношении помещения в связи с непредставлением документов, необходимых 3 для осуществления государственного кадастрового учета и (или) государственной регистрации прав. Уведомлением управления от 11.04.2022 N КУВД-001/2021-54982414/5 обществу сообщено об отказе в государственной регистрации прав, в качестве основания указано на то, что не представлены документ, подтверждающий, что средства дольщиков застройщиком не привлекались и акт приема-передачи на объект не выдавался; данное имущество не является общим имуществом многоквартирного дома. Считая отказ управления в регистрации права собственности незаконным, заявитель обратился в суд. Рассматривая спор, суды исходили из следующего. Порядок осуществления на территории Российской Федерации государственной регистрации прав на недвижимое имущество и сделок с ним, подлежащих государственному кадастровому учету, а также ведение Единого государственного реестра недвижимости и предоставление соответствующих сведений, содержащихся в Едином государственном реестре недвижимости, регулируется Федеральным законом от 13.07.2015 N 218-ФЗ "О государственной регистрации недвижимости" (далее - Закон N 218-ФЗ). В соответствии с пунктом 3 статьи 1 Закона N 218-ФЗ государственная регистрация прав на недвижимое имущество - юридический акт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С государственной регистрацией Закон N 218-ФЗ связывает определенные юридические последствия: возникновение, ограничение (обременение), переход или прекращение прав на недвижимое имущество. Согласно пункту 1 статьи 14 Закона N 218-ФЗ государственная регистрация прав осуществляется на основании заявления, за исключением установленных указанным Законом случаев, и документов, поступивших в орган регистрации прав в установленном данным Законом порядке. Основаниями для осуществления государственного кадастрового учета и (или) государственной регистрации прав являются: договоры и другие сделки в отношении недвижимого имущества, совершенные в соответствии с законодательством, действовавшим в месте расположения недвижимого имущества на момент совершения сделки; иные документы, которые подтверждают наличие, возникновение, переход, прекращение права или ограничение права и обременение объекта недвижимости в соответствии с законодательством, действовавшим в месте и на момент возникновения, прекращения, перехода прав, ограничения прав и обременений объектов недвижимости (пункты 2 и 8 части 2 статьи 14 Закона N 218-ФЗ). Документы, устанавливающие наличие, возникновение, переход, прекращение, ограничение права и обременение недвижимого имущества и представляемые для осуществления государственного кадастрового учета и (или) государственной регистрации прав, должны соответствовать требованиям, установленным законодательством Российской Федерации, и 4 отражать информацию, необходимую для государственного кадастрового учета и (или) государственной регистрации прав на недвижимое имущество в Едином государственном реестре недвижимости (часть 1 статьи 21 Закона N 218-ФЗ). В силу пункта 2 части 4 статьи 18 Закона N 218-ФЗ к заявлению о государственном кадастровом учете и (или) государственной регистрации прав прилагаются документы, являющиеся основанием для осуществления государственного кадастрового учета и (или) государственной регистрации прав. Не допускается истребование у заявителя дополнительных документов, если представленные им документы отвечают требованиям статьи 21 данного Закона и требованиям принятых в соответствии с названным Законом нормативных правовых актов федеральных органов исполнительной власти, если иное не установлено данным Законом или иными федеральными законами (часть 5 статьи 18 Закона N 218-ФЗ). В соответствии с пунктом 3 части 1 статьи 29 Закона N 218-ФЗ государственный кадастровый учет и (или) государственная регистрация прав включает в себя проведение правовой экспертизы документов, представленных для осуществления государственного кадастрового учета и (или) государственной регистрации прав, на предмет наличия или отсутствия установленных названным законом оснований для приостановления государственного кадастрового учета и (или) государственной регистрации прав либо для отказа в осуществлении государственного кадастрового учета и (или) государственной регистрации прав. Осуществление государственной регистрации прав приостанавливается по решению государственного регистратора прав в случае, если не представлены документы, необходимые для осуществления государственного кадастрового учета и (или) государственной регистрации прав (пункт 5 части 1 статьи 26 Закона N 218-ФЗ). Отказ управления мотивирован отсутствием документов, необходимых для осуществления государственного кадастрового учета и (или) государственной регистрации прав, а именно: документов, подтверждающих, что средства дольщиков застройщиком не привлекались и акт приема-передачи на указанный объект не выдавался и данное имущество не является общим имуществом многоквартирного дома. Вместе с тем обществу на праве аренды принадлежит земельный участок с кадастровым номером 23:43:0414011:9 площадью 16 924 кв. м, расположенный по адресу: Краснодарский край, г. Краснодар, Карасунский вн.о., ул. Сормовская, 208. С 2007 года общество на земельном участке строило многоэтажный дом литера "2" со встроенно-пристроенными помещениями (три 16-этажных жилых корпуса (3-секционный корпус "2/1", 3-секционный корпус "2/2", 3-секционный корпус "2/3"), 2-этажный корпус встроенно-пристроенных помещений "2/4") на основании разрешения от 30.05.2007 N RU 23306000-367-р на строительство. Решением Арбитражного суда Краснодарского края от 05.04.2019 по делу N А32-20367/2018 общество признано банкротом и открыто конкурсное 5 производство, а также установлено применение при банкротстве общества правил параграфа 7 "Банкротство застройщиков" Федерального закона от 26.10.2002 N 127-ФЗ "О несостоятельности (банкротстве)" (далее - Закон о банкротстве). Завершенному строительством многоквартирному дому присвоен адрес: Краснодарский край, г. Краснодар, ул. Сормовская, 208, корп. 2. 19 декабря 2019 года многоквартирный дом после завершения строительства введен в эксплуатацию (разрешение от 19.12.2019 N 23-43-5140- В-2019 на ввод объекта в эксплуатацию). Суды указали, что к отношениям, связанным с банкротством застройщиков, применяются положения Закона о банкротстве, регулирующие банкротство должников-юридических лиц, если иное не предусмотрено параграфом 7 главы IX (статья 168 Закона о банкротстве). С даты принятия арбитражным судом решения о признании должника банкротом и об открытии конкурсного производства в отношении застройщика требования о передаче машино-мест и нежилых помещений, в том числе возникшие после даты принятия заявления о признании должника банкротом, могут быть предъявлены к застройщику только в рамках дела о банкротстве застройщика с соблюдением установленного параграфом 7 порядка предъявления требований к застройщику (пункт 1 статьи 201.4 Закона о банкротстве). Требование о передаче машино-места и нежилого помещения - требование участника строительства-физического лица о передаче ему на основании возмездного договора в собственность машино-места и (или) нежилого помещения в многоквартирном доме, которые на момент привлечения денежных средств и (или) иного имущества участника строительства не введены в эксплуатацию. При этом под нежилым помещением понимается помещение, площадь которого не превышает 7 кв. м (подпункт 3.1 пункта 1 статьи 201.1). Таким образом, помещение, площадь которого составляет 72,3 кв. м и превышает предусмотренный подпунктом 3.1 пункта 1 статьи 201.1 Закона о банкротстве пороговый размер площади в 7 кв. м, не может быть в ходе конкурсного производства общества передано участнику строительства. Общество в сопроводительном письме от 07.04.2022 N 1КФС, приобщенном 07.04.2022 в материалы регистрационного дела N КУВД- 001/2021-54982414, указало на то, что помещение с даты ввода многоквартирного дома участнику долевого строительства по акту, в том числе фактически без составления акта, не передавалось. С учетом изложенного, суды пришли к выводу, что основаниями для регистрации права собственности на помещение за обществом применительно к части 2 статьи 14 Закона N 218-ФЗ являются выданное обществу разрешение от 19.12.2019 N 23-43-5140-в-2019 на ввод многоквартирного дома в эксплуатацию и решение Арбитражного суда Краснодарского края от 05.04.2019 по делу N А32-20367/2018 о признании общества банкротом. 6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службы государственной регистрации, кадастра и картографии по Краснодарскому краю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