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«Кофе 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"КОФЕ 3" (подробнее) Ответчики: ИФНС России №25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