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«Балтийская утилизационная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"БАЛТИЙСКАЯ УТИЛИЗАЦИОННАЯ КОМПАНИЯ" (подробнее) Ответчики: Северо-Западное Межрегиональное Управление Росприроднадзора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