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25.10.2022, оставленным без изменения постановлением Четырнадцатого арбитражного апелляционного суда от 26.12.2022 и постановлением Арбитражного суда Северо-Западного округа от 14.03.2023,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НП "СРО межрегиональная общественная организация "Ассоциация антикризисных управляющих" (подробнее) Отдел судебных приставов по Соломбальскому округу г.Архангельска УФССП по Архангельской области и Ненецкому автономному округу (подробнее) Управление Федеральной службы государственной регистрации, кадастра и картографии по Архангельской области и Ненецкому автономному округу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