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Иванов Алексей Владимирович (подробнее) Ответчики: МЕЖРАЙОННАЯ ИНСПЕКЦИЯ ФЕДЕРАЛЬНОЙ НАЛОГОВОЙ СЛУЖБЫ №9 ПО АРХАНГЕЛЬСКОЙ ОБЛАСТИ И НЕНЕЦКОМУ АВТОНОМНОМУ ОКРУГУ (подробнее) Иные лица: Управление Федеральной налоговой службы по Архангельской области и Ненецкому автономному округу (подробнее) УФНС России по АО и НАО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