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«Ванюшкины сладости»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Шахов Виктор Валерьевич (подробнее) Ответчики: ООО "Ванюшкины сладости" (подробнее) Иные лица: Пензенское районное отделение судебных приставов Управления Федеральной службы судебных приставов по Пензенской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