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ФИО2 обратился в суд с заявлением о признании недействительными решений внеочередного собрания участников должника о выплате дивидендов ФИО1 и обществу с ограниченной ответственностью «РТК-Ресурс», а также о применении последствий недействительности этих решений. Определением Арбитражного суда Ярославской области от 28.02.2019 заявление управляющего признано обоснованным, спорные решения признаны недействительными, применены последствия их недействительности. Постановлениями Второго арбитражного апелляционного суда от 07.06.2019 и Арбитражного суда Волго-Вятского округа от 13.09.2019 определение суда первой инстанции оставлено без изменения. ФИО1, не согласившись с актами судов трех инстанций, обратился в Верховный Суд Российской Федерации с кассационной жалобой, к которой приложил ходатайство о приостановлении исполнения обжалуемых судебных актов.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При этом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рассматриваемом случае ФИО1 не представил должных свидетельств направленности испрашиваемой им меры на обеспечение баланса интересов лиц, вовлеченных в процесс банкротства должника, поэтому его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приостановлении исполнения определения Арбитражного суда Ярославской области от 28.02.2019, постановлений Второго арбитражного апелляционного суда от 07.06.2019 и Арбитражного суда Волго-Вятского округа от 13.09.2019 по делу № А82-9031/2016 отказать. Судья Верховного Суда Российской Федерации И.В. Разумов Суд: Верховный Суд РФ (подробнее) Истцы: Ответчики: Дрелле В.Э. (представителю) (подробнее) ООО "СЕРВИС-ТЕРМИНАЛ" (подробнее) Иные лица: АНО "Областное экспертное бюро "Стандарт" (подробнее) АНО "Центр судебных экспертиз и юридической диагностики "Правовая защита" (подробнее) в/у Корнилов Владимир Владимирович (подробнее) ГУ Управление по вопросам миграции МВД России по Санкт-Петербургу и Ленинградской области (подробнее) ЗАО "РТК-Ресурс" (подробнее) ООО РИКБ "РИНВЕСТБАНК" (подробнее) Отделение №9 МРЭО ГИБДД УМВД России по Калужской области (подробнее) Отдел судебных приставов по Кировскому и Ленинскому районам г. Ярославля (подробнее) ПАО "Банк Российский кредит" в лице к/у ГК "Агентство по страхованию вкладов" (подробнее) РЭП ГИБДД Балашихинского УВД по МО (подробнее) Судьи дела: Разумов И.В. (судья) (подробнее) Последние документы по делу: Определение от 15 июня 2023 г. по делу № А82-9031/2016 Определение от 13 марта 2020 г. по делу № А82-9031/2016 Определение от 17 февраля 2020 г. по делу № А82-9031/2016 Определение от 19 декабря 2019 г. по делу № А82-9031/2016 Определение от 20 ноября 2019 г. по делу № А82-9031/2016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