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Группа компаний «Альтаир»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ГРУППА КОМПАНИЙ "АЛЬТАИР" (подробнее) Ответчики: ИФНС №7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