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 Нордиск»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"НОВО НОРДИСК" (подробнее) Ответчики: Инспекция Федеральной налоговой службы №31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