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частной охранной организации «Держава»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Частная охранная организация "Держава" (подробнее) Ответчики: Инспекция Федеральной налоговой службы по г. Пятигорску Ставропольского края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