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Многопрофильная Компания «Яхонт»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МНОГОПРОФИЛЬНАЯ КОМПАНИЯ "ЯХОНТ" (подробнее) Ответчики: Инспекция Федеральной налоговой службы по Центральному району г. Челябинска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