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«Специализированный застройщик «Саранский домостроительный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"Система-СМ" (подробнее) ПАО "СЗ"Саранский ДСК" (подробнее) Ответчики: ПАО "Специализированный застройщик "Саранский домостроительный комбинат" (подробнее) Иные лица: ООО "Финансы и право"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