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Молодцову Денису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