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ФИРМА «КОКТЕБЕЛЬ»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ФИРМА "КОКТЕБЕЛЬ" (подробнее) Ответчики: Инспекция Федеральной налоговой службы №2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