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«Совкомбанк»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Отделение Пенсионного фонда Российской Федерации по Волгоградской области (подробнее) Ответчики: ПАО "Совкомбанк"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