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«Дубовицкое»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"ДУБОВИЦКОЕ" (подробнее) Ответчики: Межрайонная инспекция Федеральной налоговой службы №3 по Орловской области (подробнее) Иные лица: УФНС по Орловской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