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Завод «ТагМаш»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Завод "Тагмаш" (подробнее) Ответчики: Администрация муниципального образования "Зеленоградский городской округ"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